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Danilo Krgovic</w:t>
      </w:r>
    </w:p>
    <w:p>
      <w:pPr>
        <w:jc w:val="center"/>
      </w:pPr>
      <w:r>
        <w:rPr>
          <w:b/>
        </w:rPr>
        <w:t>Engineering &amp; Technical Professional</w:t>
        <w:br/>
      </w:r>
      <w:r>
        <w:t>Electrical Systems | Infrastructure | Reliability | Engineering Research | Data Analytics | Cloud Technologies</w:t>
      </w:r>
    </w:p>
    <w:p>
      <w:pPr>
        <w:pStyle w:val="Heading1"/>
      </w:pPr>
      <w:r>
        <w:t>Professional Summary</w:t>
      </w:r>
    </w:p>
    <w:p>
      <w:r>
        <w:t>Engineering and technical professional with experience spanning electrical systems, infrastructure engineering, engineering research, technical analysis, and cloud technologies. Electronics Technician at G&amp;W Electric supporting pilot builds, testing, troubleshooting, and validation of medium-voltage switchgear for utility, data center, and government customers. Previous engineering experience supporting public infrastructure projects through engineering site investigations, technical calculations, field evaluations, and technical reporting. Co-author of two peer-reviewed publications and contributor to FAO and USAID projects. AWS Cloud Application Developer graduate with hands-on AWS, Python, SQL, and serverless development experience.</w:t>
      </w:r>
    </w:p>
    <w:p>
      <w:pPr>
        <w:pStyle w:val="Heading1"/>
      </w:pPr>
      <w:r>
        <w:t>Engineering Highlights</w:t>
      </w:r>
    </w:p>
    <w:p>
      <w:pPr>
        <w:pStyle w:val="ListBullet"/>
      </w:pPr>
      <w:r>
        <w:t>2+ years supporting infrastructure engineering and government projects.</w:t>
      </w:r>
    </w:p>
    <w:p>
      <w:pPr>
        <w:pStyle w:val="ListBullet"/>
      </w:pPr>
      <w:r>
        <w:t>2,000+ engineering property evaluations.</w:t>
      </w:r>
    </w:p>
    <w:p>
      <w:pPr>
        <w:pStyle w:val="ListBullet"/>
      </w:pPr>
      <w:r>
        <w:t>1,000+ technical reports prepared.</w:t>
      </w:r>
    </w:p>
    <w:p>
      <w:pPr>
        <w:pStyle w:val="ListBullet"/>
      </w:pPr>
      <w:r>
        <w:t>1,000+ stakeholders coordinated.</w:t>
      </w:r>
    </w:p>
    <w:p>
      <w:pPr>
        <w:pStyle w:val="ListBullet"/>
      </w:pPr>
      <w:r>
        <w:t>Pilot switchgear projects for Meta, NTT, QTS, Chateau Energy, ComEd, DTE, Duke Energy, National Grid and U.S. Federal Government.</w:t>
      </w:r>
    </w:p>
    <w:p>
      <w:pPr>
        <w:pStyle w:val="ListBullet"/>
      </w:pPr>
      <w:r>
        <w:t>Two peer-reviewed publications and multiple international scholarships.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G&amp;W Electric | Electronics Technician | 2024–Present</w:t>
      </w:r>
    </w:p>
    <w:p>
      <w:pPr>
        <w:pStyle w:val="ListBullet"/>
      </w:pPr>
      <w:r>
        <w:t>Perform continuity, functional, software, and Hi-Pot testing of medium-voltage switchgear.</w:t>
      </w:r>
    </w:p>
    <w:p>
      <w:pPr>
        <w:pStyle w:val="ListBullet"/>
      </w:pPr>
      <w:r>
        <w:t>Support pilot builds and validation for utility, data center, and government customers.</w:t>
      </w:r>
    </w:p>
    <w:p>
      <w:pPr>
        <w:pStyle w:val="ListBullet"/>
      </w:pPr>
      <w:r>
        <w:t>Interpret complex 46-page electrical schematics and wiring diagrams.</w:t>
      </w:r>
    </w:p>
    <w:p>
      <w:pPr>
        <w:pStyle w:val="ListBullet"/>
      </w:pPr>
      <w:r>
        <w:t>Troubleshoot using multimeters, Hi-Pot equipment, engineering documentation, and JDE ERP.</w:t>
      </w:r>
    </w:p>
    <w:p>
      <w:pPr>
        <w:pStyle w:val="Heading2"/>
      </w:pPr>
      <w:r>
        <w:t>IPK d.o.o. | Expert Associate – Forestry Engineering | 2021–2023</w:t>
      </w:r>
    </w:p>
    <w:p>
      <w:pPr>
        <w:pStyle w:val="ListBullet"/>
      </w:pPr>
      <w:r>
        <w:t>Conducted engineering site investigations for government infrastructure projects.</w:t>
      </w:r>
    </w:p>
    <w:p>
      <w:pPr>
        <w:pStyle w:val="ListBullet"/>
      </w:pPr>
      <w:r>
        <w:t>Evaluated 2,000+ properties and authored 1,000+ technical reports.</w:t>
      </w:r>
    </w:p>
    <w:p>
      <w:pPr>
        <w:pStyle w:val="ListBullet"/>
      </w:pPr>
      <w:r>
        <w:t>Applied engineering calculations and collaborated with 1,000+ stakeholders.</w:t>
      </w:r>
    </w:p>
    <w:p>
      <w:pPr>
        <w:pStyle w:val="Heading1"/>
      </w:pPr>
      <w:r>
        <w:t>Education</w:t>
      </w:r>
    </w:p>
    <w:p>
      <w:r>
        <w:t>University of Belgrade – Faculty of Forestry</w:t>
        <w:br/>
        <w:t>Master of Science in Forestry Engineering (2021)</w:t>
        <w:br/>
        <w:t>Bachelor of Science in Forestry Engineering (2018)</w:t>
      </w:r>
    </w:p>
    <w:p>
      <w:pPr>
        <w:pStyle w:val="Heading1"/>
      </w:pPr>
      <w:r>
        <w:t>Selected Publications</w:t>
      </w:r>
    </w:p>
    <w:p>
      <w:r>
        <w:t>Critical Success Factors of Small and Medium Enterprises in Forestry and Wood Industry in the Južnokučajsko Forest Region. The Journal Agriculture &amp; Forestry, March 2022 (Co-author)</w:t>
      </w:r>
    </w:p>
    <w:p>
      <w:r>
        <w:t>Cooperation and Business Networking of Small and Medium Enterprises in Forestry and Wood Industry in Južnokučajsko Forest Region. Institute of Social Sciences, January 2021 (Co-author)</w:t>
      </w:r>
    </w:p>
    <w:p>
      <w:pPr>
        <w:pStyle w:val="Heading1"/>
      </w:pPr>
      <w:r>
        <w:t>Certifications</w:t>
      </w:r>
    </w:p>
    <w:p>
      <w:pPr>
        <w:pStyle w:val="ListBullet"/>
      </w:pPr>
      <w:r>
        <w:t>AWS Certified Cloud Practitioner</w:t>
      </w:r>
    </w:p>
    <w:p>
      <w:pPr>
        <w:pStyle w:val="ListBullet"/>
      </w:pPr>
      <w:r>
        <w:t>AWS Certified AI Practitioner</w:t>
      </w:r>
    </w:p>
    <w:p>
      <w:pPr>
        <w:pStyle w:val="ListBullet"/>
      </w:pPr>
      <w:r>
        <w:t>AWS Cloud Institute – Cloud Application Developer</w:t>
      </w:r>
    </w:p>
    <w:p>
      <w:pPr>
        <w:pStyle w:val="ListBullet"/>
      </w:pPr>
      <w:r>
        <w:t>Google Cybersecurity Certificate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